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r>
        <w:t>Dear [Title and Name],</w:t>
      </w:r>
    </w:p>
    <w:p>
      <w:pPr/>
      <w:r>
        <w:t>I am writing to urge you to raise the case of Daw Aung San Suu Kyi, Nobel Peace Prize laureate, who remains unjustly detained at an undisclosed location in Burma.</w:t>
      </w:r>
    </w:p>
    <w:p>
      <w:pPr/>
      <w:r>
        <w:t>Her family is still denied access. If the International Committee of the Red Cross can see her, why can't her family?</w:t>
      </w:r>
    </w:p>
    <w:p>
      <w:pPr/>
      <w:r>
        <w:t>I urge you to call for:</w:t>
      </w:r>
    </w:p>
    <w:p>
      <w:pPr>
        <w:pStyle w:val="ListBullet"/>
      </w:pPr>
      <w:r>
        <w:rPr>
          <w:b/>
        </w:rPr>
        <w:t>Immediate family access to Daw Aung San Suu Kyi.</w:t>
      </w:r>
    </w:p>
    <w:p>
      <w:pPr>
        <w:pStyle w:val="ListBullet"/>
      </w:pPr>
      <w:r>
        <w:rPr>
          <w:b/>
        </w:rPr>
        <w:t>Her unconditional release.</w:t>
      </w:r>
    </w:p>
    <w:p>
      <w:pPr>
        <w:pStyle w:val="ListBullet"/>
      </w:pPr>
      <w:r>
        <w:rPr>
          <w:b/>
        </w:rPr>
        <w:t>The release of all political prisoners in Burma.</w:t>
      </w:r>
    </w:p>
    <w:p>
      <w:pPr/>
      <w:r>
        <w:t>Please do not give legitimacy to the military regime, which must take responsibility for what they have done in Burma. There can be no genuine peace or reconciliation without the release of Daw Aung San Suu Kyi and all political prisoners.</w:t>
      </w:r>
    </w:p>
    <w:p>
      <w:pPr/>
      <w:r>
        <w:t>Thank you for standing for human rights, democracy and a more peaceful tomorrow.</w:t>
      </w:r>
    </w:p>
    <w:p>
      <w:pPr>
        <w:spacing w:after="0"/>
      </w:pPr>
      <w:r>
        <w:t>Sincerely,</w:t>
      </w:r>
    </w:p>
    <w:p>
      <w:pPr>
        <w:spacing w:after="0"/>
      </w:pPr>
      <w:r>
        <w:t>[Your Name]</w:t>
      </w:r>
    </w:p>
    <w:sectPr w:rsidR="00FC693F" w:rsidRPr="0006063C" w:rsidSect="00034616">
      <w:pgSz w:w="11906" w:h="16838"/>
      <w:pgMar w:top="1304" w:right="1361" w:bottom="1304" w:left="136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220"/>
    </w:pPr>
    <w:rPr>
      <w:rFonts w:ascii="Arial" w:hAnsi="Arial"/>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Free Her Letter Template</dc:title>
  <dc:subject/>
  <dc:creator/>
  <cp:keywords/>
  <dc:description>generated by python-docx</dc:description>
  <cp:lastModifiedBy/>
  <cp:revision>1</cp:revision>
  <dcterms:created xsi:type="dcterms:W3CDTF">2013-12-23T23:15:00Z</dcterms:created>
  <dcterms:modified xsi:type="dcterms:W3CDTF">2013-12-23T23:15:00Z</dcterms:modified>
  <cp:category/>
</cp:coreProperties>
</file>